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FORMULAR DE ÎNSCRIERE – VOLUNTARI</w:t>
      </w:r>
    </w:p>
    <w:p>
      <w:pPr>
        <w:pStyle w:val="Subtitle"/>
      </w:pPr>
      <w:r>
        <w:t>Societatea pentru Jurnalism „Apusenii”</w:t>
      </w:r>
    </w:p>
    <w:p>
      <w:pPr>
        <w:pStyle w:val="Heading2"/>
      </w:pPr>
      <w:r>
        <w:t>1. Date personale</w:t>
      </w:r>
    </w:p>
    <w:p>
      <w:r>
        <w:t>Nume și prenume: ..............................................................</w:t>
      </w:r>
    </w:p>
    <w:p>
      <w:r>
        <w:t>Data nașterii: ..............................................................</w:t>
      </w:r>
    </w:p>
    <w:p>
      <w:r>
        <w:t>Adresa completă: ..............................................................</w:t>
      </w:r>
    </w:p>
    <w:p>
      <w:r>
        <w:t>Telefon: ..............................................................</w:t>
      </w:r>
    </w:p>
    <w:p>
      <w:r>
        <w:t>E-mail: ..............................................................</w:t>
      </w:r>
    </w:p>
    <w:p>
      <w:r>
        <w:t>Localitate / județ: ..............................................................</w:t>
      </w:r>
    </w:p>
    <w:p>
      <w:pPr>
        <w:pStyle w:val="Heading2"/>
      </w:pPr>
      <w:r>
        <w:t>2. Educație</w:t>
      </w:r>
    </w:p>
    <w:p>
      <w:r>
        <w:t>Instituția de învățământ actuală: ..............................................................</w:t>
      </w:r>
    </w:p>
    <w:p>
      <w:r>
        <w:t>Specializarea / profilul: ..............................................................</w:t>
      </w:r>
    </w:p>
    <w:p>
      <w:r>
        <w:t>Anul de studiu: ..............................................................</w:t>
      </w:r>
    </w:p>
    <w:p>
      <w:pPr>
        <w:pStyle w:val="Heading2"/>
      </w:pPr>
      <w:r>
        <w:t>3. Domenii de interes în cadrul Societății</w:t>
      </w:r>
    </w:p>
    <w:p>
      <w:r>
        <w:t>☐ Jurnalism cultural</w:t>
      </w:r>
    </w:p>
    <w:p>
      <w:r>
        <w:t>☐ Jurnalism de investigație</w:t>
      </w:r>
    </w:p>
    <w:p>
      <w:r>
        <w:t>☐ Reportaj și interviu</w:t>
      </w:r>
    </w:p>
    <w:p>
      <w:r>
        <w:t>☐ Redacție și editare texte</w:t>
      </w:r>
    </w:p>
    <w:p>
      <w:r>
        <w:t>☐ Foto-jurnalism / video-jurnalism</w:t>
      </w:r>
    </w:p>
    <w:p>
      <w:r>
        <w:t>☐ Comunicare și promovare</w:t>
      </w:r>
    </w:p>
    <w:p>
      <w:r>
        <w:t>☐ Organizare de evenimente culturale</w:t>
      </w:r>
    </w:p>
    <w:p>
      <w:r>
        <w:t>☐ Altele (specificați): ..............................................................</w:t>
      </w:r>
    </w:p>
    <w:p>
      <w:pPr>
        <w:pStyle w:val="Heading2"/>
      </w:pPr>
      <w:r>
        <w:t>4. Motivație personală</w:t>
      </w:r>
    </w:p>
    <w:p>
      <w:r>
        <w:t>(Scrie câteva rânduri despre tine și de ce dorești să te implici în activitățile Societății pentru Jurnalism „Apusenii”)</w:t>
      </w:r>
    </w:p>
    <w:p>
      <w:r>
        <w:t>..............................................................................................................................</w:t>
      </w:r>
    </w:p>
    <w:p>
      <w:r>
        <w:t>..............................................................................................................................</w:t>
      </w:r>
    </w:p>
    <w:p>
      <w:r>
        <w:t>..............................................................................................................................</w:t>
      </w:r>
    </w:p>
    <w:p>
      <w:pPr>
        <w:pStyle w:val="Heading2"/>
      </w:pPr>
      <w:r>
        <w:t>5. Experiență relevantă (dacă există)</w:t>
      </w:r>
    </w:p>
    <w:p>
      <w:r>
        <w:t>..............................................................................................................................</w:t>
      </w:r>
    </w:p>
    <w:p>
      <w:r>
        <w:t>..............................................................................................................................</w:t>
      </w:r>
    </w:p>
    <w:p>
      <w:pPr>
        <w:pStyle w:val="Heading2"/>
      </w:pPr>
      <w:r>
        <w:t>6. Disponibilitate</w:t>
      </w:r>
    </w:p>
    <w:p>
      <w:r>
        <w:t>Număr estimativ de ore / săptămână: ..............................................................</w:t>
      </w:r>
    </w:p>
    <w:p>
      <w:r>
        <w:t>Perioada disponibilă pentru voluntariat: ..............................................................</w:t>
      </w:r>
    </w:p>
    <w:p>
      <w:pPr>
        <w:pStyle w:val="Heading2"/>
      </w:pPr>
      <w:r>
        <w:t>7. Declarație pe proprie răspundere</w:t>
      </w:r>
    </w:p>
    <w:p>
      <w:r>
        <w:t>Declar că datele completate sunt reale și că îmi exprim acordul pentru prelucrarea acestora în scopul înscrierii și comunicării cu Societatea pentru Jurnalism „Apusenii”.</w:t>
      </w:r>
    </w:p>
    <w:p>
      <w:r>
        <w:t>De asemenea, sunt de acord să respect valorile, regulamentele și etica organizației.</w:t>
      </w:r>
    </w:p>
    <w:p/>
    <w:p>
      <w:r>
        <w:t>Data: ...............................</w:t>
      </w:r>
    </w:p>
    <w:p>
      <w:r>
        <w:t>Semnătura: ...................................................</w:t>
      </w:r>
    </w:p>
    <w:p>
      <w:pPr>
        <w:pStyle w:val="Heading2"/>
      </w:pPr>
      <w:r>
        <w:t>(Opțional – pentru tineri sub 18 ani)</w:t>
      </w:r>
    </w:p>
    <w:p>
      <w:r>
        <w:t>Acordul părintelui / tutorelui legal:</w:t>
      </w:r>
    </w:p>
    <w:p>
      <w:r>
        <w:t>Subsemnatul(a) .............................................................., părinte/tutore al minorului .............................................................., îmi dau acordul pentru participarea acestuia ca voluntar în cadrul Societății pentru Jurnalism „Apusenii”.</w:t>
      </w:r>
    </w:p>
    <w:p/>
    <w:p>
      <w:r>
        <w:t>Data: ...............................</w:t>
      </w:r>
    </w:p>
    <w:p>
      <w:r>
        <w:t>Semnătura părintelui / tutorelui: ...................................................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